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E3A5F"/>
        </w:rPr>
        <w:t>Painting Business Plan</w:t>
      </w:r>
    </w:p>
    <w:p>
      <w:r>
        <w:t>Answer each prompt in your own words. Use your own figures; this template supplies none.</w:t>
      </w:r>
    </w:p>
    <w:p>
      <w:pPr>
        <w:pStyle w:val="Heading1"/>
      </w:pPr>
      <w:r>
        <w:t>1. Executive summary</w:t>
      </w:r>
    </w:p>
    <w:p>
      <w:r>
        <w:rPr>
          <w:b/>
        </w:rPr>
        <w:t>Business name, location and legal structure:</w:t>
      </w:r>
    </w:p>
    <w:p>
      <w:r>
        <w:t>______________________________________________________________________________</w:t>
      </w:r>
    </w:p>
    <w:p>
      <w:r>
        <w:rPr>
          <w:b/>
        </w:rPr>
        <w:t>What you do and who for:</w:t>
      </w:r>
    </w:p>
    <w:p>
      <w:r>
        <w:t>______________________________________________________________________________</w:t>
      </w:r>
    </w:p>
    <w:p>
      <w:r>
        <w:rPr>
          <w:b/>
        </w:rPr>
        <w:t>Revenue goal for the first year:</w:t>
      </w:r>
    </w:p>
    <w:p>
      <w:r>
        <w:t>______________________________________________________________________________</w:t>
      </w:r>
    </w:p>
    <w:p>
      <w:r>
        <w:rPr>
          <w:b/>
        </w:rPr>
        <w:t>What you need to get started, and how it will be funded:</w:t>
      </w:r>
    </w:p>
    <w:p>
      <w:r>
        <w:t>______________________________________________________________________________</w:t>
      </w:r>
    </w:p>
    <w:p>
      <w:pPr>
        <w:pStyle w:val="Heading1"/>
      </w:pPr>
      <w:r>
        <w:t>2. Market analysis</w:t>
      </w:r>
    </w:p>
    <w:p>
      <w:r>
        <w:rPr>
          <w:b/>
        </w:rPr>
        <w:t>Who buys painting in your area (homeowners, landlords, property managers, contractors):</w:t>
      </w:r>
    </w:p>
    <w:p>
      <w:r>
        <w:t>______________________________________________________________________________</w:t>
      </w:r>
    </w:p>
    <w:p>
      <w:r>
        <w:rPr>
          <w:b/>
        </w:rPr>
        <w:t>What they pay, from your own quotes and local research:</w:t>
      </w:r>
    </w:p>
    <w:p>
      <w:r>
        <w:t>______________________________________________________________________________</w:t>
      </w:r>
    </w:p>
    <w:p>
      <w:r>
        <w:rPr>
          <w:b/>
        </w:rPr>
        <w:t>Main competitors and how you will differ:</w:t>
      </w:r>
    </w:p>
    <w:p>
      <w:r>
        <w:t>______________________________________________________________________________</w:t>
      </w:r>
    </w:p>
    <w:p>
      <w:pPr>
        <w:pStyle w:val="Heading1"/>
      </w:pPr>
      <w:r>
        <w:t>3. Services and pricing</w:t>
      </w:r>
    </w:p>
    <w:p>
      <w:r>
        <w:rPr>
          <w:b/>
        </w:rPr>
        <w:t>Services offered:</w:t>
      </w:r>
    </w:p>
    <w:p>
      <w:r>
        <w:t>______________________________________________________________________________</w:t>
      </w:r>
    </w:p>
    <w:p>
      <w:r>
        <w:rPr>
          <w:b/>
        </w:rPr>
        <w:t>How you price (per square foot, per room, day rate, bottom up estimate):</w:t>
      </w:r>
    </w:p>
    <w:p>
      <w:r>
        <w:t>______________________________________________________________________________</w:t>
      </w:r>
    </w:p>
    <w:p>
      <w:r>
        <w:rPr>
          <w:b/>
        </w:rPr>
        <w:t>Minimum job charge and typical job size:</w:t>
      </w:r>
    </w:p>
    <w:p>
      <w:r>
        <w:t>______________________________________________________________________________</w:t>
      </w:r>
    </w:p>
    <w:p>
      <w:pPr>
        <w:pStyle w:val="Heading1"/>
      </w:pPr>
      <w:r>
        <w:t>4. Operations</w:t>
      </w:r>
    </w:p>
    <w:p>
      <w:r>
        <w:rPr>
          <w:b/>
        </w:rPr>
        <w:t>How you will find work:</w:t>
      </w:r>
    </w:p>
    <w:p>
      <w:r>
        <w:t>______________________________________________________________________________</w:t>
      </w:r>
    </w:p>
    <w:p>
      <w:r>
        <w:rPr>
          <w:b/>
        </w:rPr>
        <w:t>How you will win it (estimates, follow up, presentation):</w:t>
      </w:r>
    </w:p>
    <w:p>
      <w:r>
        <w:t>______________________________________________________________________________</w:t>
      </w:r>
    </w:p>
    <w:p>
      <w:r>
        <w:rPr>
          <w:b/>
        </w:rPr>
        <w:t>How you will deliver it (crew, equipment, schedule):</w:t>
      </w:r>
    </w:p>
    <w:p>
      <w:r>
        <w:t>______________________________________________________________________________</w:t>
      </w:r>
    </w:p>
    <w:p>
      <w:r>
        <w:rPr>
          <w:b/>
        </w:rPr>
        <w:t>How you will get paid (deposit, terms, invoicing):</w:t>
      </w:r>
    </w:p>
    <w:p>
      <w:r>
        <w:t>______________________________________________________________________________</w:t>
      </w:r>
    </w:p>
    <w:p>
      <w:pPr>
        <w:pStyle w:val="Heading1"/>
      </w:pPr>
      <w:r>
        <w:t>5. Financial projections</w:t>
      </w:r>
    </w:p>
    <w:p>
      <w:r>
        <w:rPr>
          <w:b/>
        </w:rPr>
        <w:t>Expected jobs per month and average job value, from your own numbers:</w:t>
      </w:r>
    </w:p>
    <w:p>
      <w:r>
        <w:t>______________________________________________________________________________</w:t>
      </w:r>
    </w:p>
    <w:p>
      <w:r>
        <w:rPr>
          <w:b/>
        </w:rPr>
        <w:t>Costs: labor, materials, insurance, vehicle, marketing, software:</w:t>
      </w:r>
    </w:p>
    <w:p>
      <w:r>
        <w:t>______________________________________________________________________________</w:t>
      </w:r>
    </w:p>
    <w:p>
      <w:r>
        <w:rPr>
          <w:b/>
        </w:rPr>
        <w:t>Monthly overhead and break even point:</w:t>
      </w:r>
    </w:p>
    <w:p>
      <w:r>
        <w:t>______________________________________________________________________________</w:t>
      </w:r>
    </w:p>
    <w:p>
      <w:r>
        <w:rPr>
          <w:b/>
        </w:rPr>
        <w:t>Revenue, costs and margin, months 1 to 12 (table below):</w:t>
      </w:r>
    </w:p>
    <w:p>
      <w:r>
        <w:t>______________________________________________________________________________</w:t>
      </w:r>
    </w:p>
    <w:p>
      <w:pPr>
        <w:pStyle w:val="Heading2"/>
      </w:pPr>
      <w:r>
        <w:t>Twelve month projection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Month</w:t>
            </w:r>
          </w:p>
        </w:tc>
        <w:tc>
          <w:tcPr>
            <w:tcW w:type="dxa" w:w="1234"/>
          </w:tcPr>
          <w:p>
            <w:r>
              <w:rPr>
                <w:b/>
              </w:rPr>
              <w:t>Jobs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Revenue</w:t>
            </w:r>
          </w:p>
        </w:tc>
        <w:tc>
          <w:tcPr>
            <w:tcW w:type="dxa" w:w="1234"/>
          </w:tcPr>
          <w:p>
            <w:r>
              <w:rPr>
                <w:b/>
              </w:rPr>
              <w:t>Labor</w:t>
            </w:r>
          </w:p>
        </w:tc>
        <w:tc>
          <w:tcPr>
            <w:tcW w:type="dxa" w:w="1234"/>
          </w:tcPr>
          <w:p>
            <w:r>
              <w:rPr>
                <w:b/>
              </w:rPr>
              <w:t>Materials</w:t>
            </w:r>
          </w:p>
        </w:tc>
        <w:tc>
          <w:tcPr>
            <w:tcW w:type="dxa" w:w="1234"/>
          </w:tcPr>
          <w:p>
            <w:r>
              <w:rPr>
                <w:b/>
              </w:rPr>
              <w:t>Overhead</w:t>
            </w:r>
          </w:p>
        </w:tc>
        <w:tc>
          <w:tcPr>
            <w:tcW w:type="dxa" w:w="1234"/>
          </w:tcPr>
          <w:p>
            <w:r>
              <w:rPr>
                <w:b/>
              </w:rPr>
              <w:t>Profit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</w:tbl>
    <w:p>
      <w:r>
        <w:rPr>
          <w:i/>
        </w:rPr>
        <w:t>PaintPricing.com free template. Edit freely for your own jobs.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