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Proposal</w:t>
      </w:r>
    </w:p>
    <w:p>
      <w:r>
        <w:t>[Your company name and logo]</w:t>
      </w:r>
    </w:p>
    <w:p>
      <w:r>
        <w:t>Painting proposal for: [Client name]</w:t>
      </w:r>
    </w:p>
    <w:p>
      <w:r>
        <w:t>Property: [Address]</w:t>
      </w:r>
    </w:p>
    <w:p>
      <w:r>
        <w:t>Prepared by: [Name, phone, email]</w:t>
      </w:r>
    </w:p>
    <w:p>
      <w:r>
        <w:t>Date: [Date]   Valid until: [Date]</w:t>
      </w:r>
    </w:p>
    <w:p>
      <w:r>
        <w:br w:type="page"/>
      </w:r>
    </w:p>
    <w:p>
      <w:pPr>
        <w:pStyle w:val="Heading1"/>
      </w:pPr>
      <w:r>
        <w:t>A short note to the client</w:t>
      </w:r>
    </w:p>
    <w:p>
      <w:r>
        <w:t>Thank you for showing us the property. This proposal sets out what we understood you want, what we will do, the options we recommend, and what happens next. [Two or three sentences in your own words about what the client said mattered to them.]</w:t>
      </w:r>
    </w:p>
    <w:p>
      <w:pPr>
        <w:pStyle w:val="Heading1"/>
      </w:pPr>
      <w:r>
        <w:t>What we heard</w:t>
      </w:r>
    </w:p>
    <w:p>
      <w:r>
        <w:t>[The client goal in their words: for example, getting the house ready to sell, or fixing peeling trim before winter.]</w:t>
      </w:r>
    </w:p>
    <w:p>
      <w:r>
        <w:t>[Anything they were worried about: schedule, mess, pets, colors, disruption to a business.]</w:t>
      </w:r>
    </w:p>
    <w:p>
      <w:pPr>
        <w:pStyle w:val="Heading1"/>
      </w:pPr>
      <w:r>
        <w:t>Scope summary</w:t>
      </w:r>
    </w:p>
    <w:p>
      <w:r>
        <w:t>See the scope table. The full scope of work is attached and forms part of this proposal.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Area</w:t>
            </w:r>
          </w:p>
        </w:tc>
        <w:tc>
          <w:tcPr>
            <w:tcW w:type="dxa" w:w="2880"/>
          </w:tcPr>
          <w:p>
            <w:r>
              <w:t>Surfaces</w:t>
            </w:r>
          </w:p>
        </w:tc>
        <w:tc>
          <w:tcPr>
            <w:tcW w:type="dxa" w:w="2880"/>
          </w:tcPr>
          <w:p>
            <w:r>
              <w:t>Work included</w:t>
            </w:r>
          </w:p>
        </w:tc>
      </w:tr>
      <w:tr>
        <w:tc>
          <w:tcPr>
            <w:tcW w:type="dxa" w:w="2880"/>
          </w:tcPr>
          <w:p>
            <w:r>
              <w:t>[Living room]</w:t>
            </w:r>
          </w:p>
        </w:tc>
        <w:tc>
          <w:tcPr>
            <w:tcW w:type="dxa" w:w="2880"/>
          </w:tcPr>
          <w:p>
            <w:r>
              <w:t>[Walls, ceiling, trim]</w:t>
            </w:r>
          </w:p>
        </w:tc>
        <w:tc>
          <w:tcPr>
            <w:tcW w:type="dxa" w:w="2880"/>
          </w:tcPr>
          <w:p>
            <w:r>
              <w:t>[Patch, sand, prime repairs, two finish coats]</w:t>
            </w:r>
          </w:p>
        </w:tc>
      </w:tr>
      <w:tr>
        <w:tc>
          <w:tcPr>
            <w:tcW w:type="dxa" w:w="2880"/>
          </w:tcPr>
          <w:p>
            <w:r>
              <w:t>[Exterior front]</w:t>
            </w:r>
          </w:p>
        </w:tc>
        <w:tc>
          <w:tcPr>
            <w:tcW w:type="dxa" w:w="2880"/>
          </w:tcPr>
          <w:p>
            <w:r>
              <w:t>[Siding, trim, door]</w:t>
            </w:r>
          </w:p>
        </w:tc>
        <w:tc>
          <w:tcPr>
            <w:tcW w:type="dxa" w:w="2880"/>
          </w:tcPr>
          <w:p>
            <w:r>
              <w:t>[Wash, scrape, spot prime, two finish coats]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Your options</w:t>
      </w:r>
    </w:p>
    <w:p>
      <w:r>
        <w:t>Each option is a complete job. Pick the one that fits, or ask us to adjust 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Option A</w:t>
            </w:r>
          </w:p>
        </w:tc>
        <w:tc>
          <w:tcPr>
            <w:tcW w:type="dxa" w:w="2160"/>
          </w:tcPr>
          <w:p>
            <w:r>
              <w:t>Option B (recommended)</w:t>
            </w:r>
          </w:p>
        </w:tc>
        <w:tc>
          <w:tcPr>
            <w:tcW w:type="dxa" w:w="2160"/>
          </w:tcPr>
          <w:p>
            <w:r>
              <w:t>Option C</w:t>
            </w:r>
          </w:p>
        </w:tc>
      </w:tr>
      <w:tr>
        <w:tc>
          <w:tcPr>
            <w:tcW w:type="dxa" w:w="2160"/>
          </w:tcPr>
          <w:p>
            <w:r>
              <w:t>What it covers</w:t>
            </w:r>
          </w:p>
        </w:tc>
        <w:tc>
          <w:tcPr>
            <w:tcW w:type="dxa" w:w="2160"/>
          </w:tcPr>
          <w:p>
            <w:r>
              <w:t>[Core scope]</w:t>
            </w:r>
          </w:p>
        </w:tc>
        <w:tc>
          <w:tcPr>
            <w:tcW w:type="dxa" w:w="2160"/>
          </w:tcPr>
          <w:p>
            <w:r>
              <w:t>[Core scope plus added areas or prep]</w:t>
            </w:r>
          </w:p>
        </w:tc>
        <w:tc>
          <w:tcPr>
            <w:tcW w:type="dxa" w:w="2160"/>
          </w:tcPr>
          <w:p>
            <w:r>
              <w:t>[Everything in B plus extras]</w:t>
            </w:r>
          </w:p>
        </w:tc>
      </w:tr>
      <w:tr>
        <w:tc>
          <w:tcPr>
            <w:tcW w:type="dxa" w:w="2160"/>
          </w:tcPr>
          <w:p>
            <w:r>
              <w:t>Product line</w:t>
            </w:r>
          </w:p>
        </w:tc>
        <w:tc>
          <w:tcPr>
            <w:tcW w:type="dxa" w:w="2160"/>
          </w:tcPr>
          <w:p>
            <w:r>
              <w:t>[Product]</w:t>
            </w:r>
          </w:p>
        </w:tc>
        <w:tc>
          <w:tcPr>
            <w:tcW w:type="dxa" w:w="2160"/>
          </w:tcPr>
          <w:p>
            <w:r>
              <w:t>[Product]</w:t>
            </w:r>
          </w:p>
        </w:tc>
        <w:tc>
          <w:tcPr>
            <w:tcW w:type="dxa" w:w="2160"/>
          </w:tcPr>
          <w:p>
            <w:r>
              <w:t>[Product]</w:t>
            </w:r>
          </w:p>
        </w:tc>
      </w:tr>
      <w:tr>
        <w:tc>
          <w:tcPr>
            <w:tcW w:type="dxa" w:w="2160"/>
          </w:tcPr>
          <w:p>
            <w:r>
              <w:t>Warranty</w:t>
            </w:r>
          </w:p>
        </w:tc>
        <w:tc>
          <w:tcPr>
            <w:tcW w:type="dxa" w:w="2160"/>
          </w:tcPr>
          <w:p>
            <w:r>
              <w:t>[Term]</w:t>
            </w:r>
          </w:p>
        </w:tc>
        <w:tc>
          <w:tcPr>
            <w:tcW w:type="dxa" w:w="2160"/>
          </w:tcPr>
          <w:p>
            <w:r>
              <w:t>[Term]</w:t>
            </w:r>
          </w:p>
        </w:tc>
        <w:tc>
          <w:tcPr>
            <w:tcW w:type="dxa" w:w="2160"/>
          </w:tcPr>
          <w:p>
            <w:r>
              <w:t>[Term]</w:t>
            </w:r>
          </w:p>
        </w:tc>
      </w:tr>
      <w:tr>
        <w:tc>
          <w:tcPr>
            <w:tcW w:type="dxa" w:w="2160"/>
          </w:tcPr>
          <w:p>
            <w:r>
              <w:t>Price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</w:tr>
    </w:tbl>
    <w:p>
      <w:pPr>
        <w:pStyle w:val="Heading1"/>
      </w:pPr>
      <w:r>
        <w:t>Not included</w:t>
      </w:r>
    </w:p>
    <w:p>
      <w:r>
        <w:t>[List what is outside this proposal: for example, inside closets, wallpaper removal, repairs beyond minor patching, moving heavy furniture.]</w:t>
      </w:r>
    </w:p>
    <w:p>
      <w:pPr>
        <w:pStyle w:val="Heading1"/>
      </w:pPr>
      <w:r>
        <w:t>Schedule</w:t>
      </w:r>
    </w:p>
    <w:p>
      <w:r>
        <w:t>Estimated start: [Date or week]. Estimated working days: [Number]. Weather and the order of other trades can move these dates, and we will tell you as soon as anything changes.</w:t>
      </w:r>
    </w:p>
    <w:p>
      <w:pPr>
        <w:pStyle w:val="Heading1"/>
      </w:pPr>
      <w:r>
        <w:t>Payment</w:t>
      </w:r>
    </w:p>
    <w:p>
      <w:r>
        <w:t>Deposit on acceptance: [Amount]. Progress payment: [Amount and when]. Final payment: [Amount] on completion and walkthrough. [Accepted payment methods.]</w:t>
      </w:r>
    </w:p>
    <w:p>
      <w:pPr>
        <w:pStyle w:val="Heading1"/>
      </w:pPr>
      <w:r>
        <w:t>Warranty</w:t>
      </w:r>
    </w:p>
    <w:p>
      <w:r>
        <w:t>[Summarize your workmanship warranty: what it covers, for how long, and what it excludes. Attach the full warranty.]</w:t>
      </w:r>
    </w:p>
    <w:p>
      <w:pPr>
        <w:pStyle w:val="Heading1"/>
      </w:pPr>
      <w:r>
        <w:t>Why us</w:t>
      </w:r>
    </w:p>
    <w:p>
      <w:r>
        <w:t>[License and insurance details.] [Two or three sentences on how you work: protection of the home, daily cleanup, one point of contact.] [A short testimonial or a link to photos of similar work.]</w:t>
      </w:r>
    </w:p>
    <w:p>
      <w:pPr>
        <w:pStyle w:val="Heading1"/>
      </w:pPr>
      <w:r>
        <w:t>Next step</w:t>
      </w:r>
    </w:p>
    <w:p>
      <w:r>
        <w:t>To go ahead, choose an option, sign below, and return this proposal with the deposit. We will confirm a start date within [timeframe].</w:t>
      </w:r>
    </w:p>
    <w:p>
      <w:pPr>
        <w:pStyle w:val="Heading1"/>
      </w:pPr>
      <w:r>
        <w:t>Acceptance</w:t>
      </w:r>
    </w:p>
    <w:p>
      <w:r>
        <w:t>Option chosen:  [  ] A    [  ] B    [  ] 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Client name and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t>Contractor name and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>
      <w:r>
        <w:t>This proposal becomes an agreement when signed by both parties together with the attached scope of work and terms. [Have your own contract terms reviewed for your state.]</w:t>
      </w:r>
    </w:p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