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Toolbox Talks</w:t>
      </w:r>
    </w:p>
    <w:p>
      <w:r>
        <w:t>Twelve short safety talks for a painting crew. Each takes a few minutes. Read it out, ask the two questions, and have everyone sign the sheet at the end.</w:t>
      </w:r>
    </w:p>
    <w:p>
      <w:r>
        <w:br w:type="page"/>
      </w:r>
    </w:p>
    <w:p>
      <w:pPr>
        <w:pStyle w:val="Heading1"/>
      </w:pPr>
      <w:r>
        <w:t>Talk 1. Ladder setup and use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Falls from ladders are among the most common serious injuries on painting jobs, and most happen on short, routine climbs rather than high ones.</w:t>
      </w:r>
    </w:p>
    <w:p>
      <w:r>
        <w:rPr>
          <w:b/>
        </w:rPr>
        <w:t>Key points</w:t>
      </w:r>
    </w:p>
    <w:p>
      <w:pPr>
        <w:pStyle w:val="ListBullet"/>
      </w:pPr>
      <w:r>
        <w:t>Inspect the ladder before every use: rails, rungs, feet and locks. Tag and remove a damaged ladder.</w:t>
      </w:r>
    </w:p>
    <w:p>
      <w:pPr>
        <w:pStyle w:val="ListBullet"/>
      </w:pPr>
      <w:r>
        <w:t>Set it on firm, level ground. Never on a drop cloth, a bucket or a pile of furniture.</w:t>
      </w:r>
    </w:p>
    <w:p>
      <w:pPr>
        <w:pStyle w:val="ListBullet"/>
      </w:pPr>
      <w:r>
        <w:t>Keep your belt buckle between the rails. If you have to lean, climb down and move the ladder.</w:t>
      </w:r>
    </w:p>
    <w:p>
      <w:pPr>
        <w:pStyle w:val="ListBullet"/>
      </w:pPr>
      <w:r>
        <w:t>Face the ladder going up and down, and keep three points of contact.</w:t>
      </w:r>
    </w:p>
    <w:p>
      <w:pPr>
        <w:pStyle w:val="ListBullet"/>
      </w:pPr>
      <w:r>
        <w:t>Do not stand on the top step or the top cap of a stepladder.</w:t>
      </w:r>
    </w:p>
    <w:p>
      <w:r>
        <w:rPr>
          <w:b/>
        </w:rPr>
        <w:t>Ask the crew</w:t>
      </w:r>
    </w:p>
    <w:p>
      <w:pPr>
        <w:pStyle w:val="ListNumber"/>
      </w:pPr>
      <w:r>
        <w:t>Where on this job are we most likely to be tempted to overreach?</w:t>
      </w:r>
    </w:p>
    <w:p>
      <w:pPr>
        <w:pStyle w:val="ListNumber"/>
      </w:pPr>
      <w:r>
        <w:t>Which ladder is the right height for the stairwell?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2. Scaffolds and lifts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Working platforms put people high enough that a fall is rarely minor, and they put tools above people who are not looking up.</w:t>
      </w:r>
    </w:p>
    <w:p>
      <w:r>
        <w:rPr>
          <w:b/>
        </w:rPr>
        <w:t>Key points</w:t>
      </w:r>
    </w:p>
    <w:p>
      <w:pPr>
        <w:pStyle w:val="ListBullet"/>
      </w:pPr>
      <w:r>
        <w:t>Only people trained on the equipment use it.</w:t>
      </w:r>
    </w:p>
    <w:p>
      <w:pPr>
        <w:pStyle w:val="ListBullet"/>
      </w:pPr>
      <w:r>
        <w:t>Check the platform, guardrails and base each day before anyone goes up.</w:t>
      </w:r>
    </w:p>
    <w:p>
      <w:pPr>
        <w:pStyle w:val="ListBullet"/>
      </w:pPr>
      <w:r>
        <w:t>Use the fall protection the setup calls for, every time.</w:t>
      </w:r>
    </w:p>
    <w:p>
      <w:pPr>
        <w:pStyle w:val="ListBullet"/>
      </w:pPr>
      <w:r>
        <w:t>Keep tools and materials secured, and barricade the area below.</w:t>
      </w:r>
    </w:p>
    <w:p>
      <w:pPr>
        <w:pStyle w:val="ListBullet"/>
      </w:pPr>
      <w:r>
        <w:t>Stop and report anything that moves, leans or looks altered.</w:t>
      </w:r>
    </w:p>
    <w:p>
      <w:r>
        <w:rPr>
          <w:b/>
        </w:rPr>
        <w:t>Ask the crew</w:t>
      </w:r>
    </w:p>
    <w:p>
      <w:pPr>
        <w:pStyle w:val="ListNumber"/>
      </w:pPr>
      <w:r>
        <w:t>Who checked the scaffold this morning?</w:t>
      </w:r>
    </w:p>
    <w:p>
      <w:pPr>
        <w:pStyle w:val="ListNumber"/>
      </w:pPr>
      <w:r>
        <w:t>How are we keeping people out of the area below?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3. Breathing safely: dust, vapors and respirators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Sanding dust and solvent vapor do their damage slowly and quietly, which is why they get ignored.</w:t>
      </w:r>
    </w:p>
    <w:p>
      <w:r>
        <w:rPr>
          <w:b/>
        </w:rPr>
        <w:t>Key points</w:t>
      </w:r>
    </w:p>
    <w:p>
      <w:pPr>
        <w:pStyle w:val="ListBullet"/>
      </w:pPr>
      <w:r>
        <w:t>Read the product safety data sheet before opening a new product.</w:t>
      </w:r>
    </w:p>
    <w:p>
      <w:pPr>
        <w:pStyle w:val="ListBullet"/>
      </w:pPr>
      <w:r>
        <w:t>Keep air moving through enclosed rooms. Open windows, use fans, take breaks outside the space.</w:t>
      </w:r>
    </w:p>
    <w:p>
      <w:pPr>
        <w:pStyle w:val="ListBullet"/>
      </w:pPr>
      <w:r>
        <w:t>A dust mask is not a respirator. Use the respirator the product and task call for.</w:t>
      </w:r>
    </w:p>
    <w:p>
      <w:pPr>
        <w:pStyle w:val="ListBullet"/>
      </w:pPr>
      <w:r>
        <w:t>A respirator only works if it fits and the cartridges are right for the job.</w:t>
      </w:r>
    </w:p>
    <w:p>
      <w:pPr>
        <w:pStyle w:val="ListBullet"/>
      </w:pPr>
      <w:r>
        <w:t>Leave the room if you feel dizzy, sick or get a headache, and tell the foreman.</w:t>
      </w:r>
    </w:p>
    <w:p>
      <w:r>
        <w:rPr>
          <w:b/>
        </w:rPr>
        <w:t>Ask the crew</w:t>
      </w:r>
    </w:p>
    <w:p>
      <w:pPr>
        <w:pStyle w:val="ListNumber"/>
      </w:pPr>
      <w:r>
        <w:t>Which room on this job has the worst airflow?</w:t>
      </w:r>
    </w:p>
    <w:p>
      <w:pPr>
        <w:pStyle w:val="ListNumber"/>
      </w:pPr>
      <w:r>
        <w:t>Does everyone have the right cartridges for today?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4. Airless spray guns and injection injury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An airless spray tip can push paint through skin. The wound can look small and still be a medical emergency.</w:t>
      </w:r>
    </w:p>
    <w:p>
      <w:r>
        <w:rPr>
          <w:b/>
        </w:rPr>
        <w:t>Key points</w:t>
      </w:r>
    </w:p>
    <w:p>
      <w:pPr>
        <w:pStyle w:val="ListBullet"/>
      </w:pPr>
      <w:r>
        <w:t>Never point the gun at anyone, including yourself.</w:t>
      </w:r>
    </w:p>
    <w:p>
      <w:pPr>
        <w:pStyle w:val="ListBullet"/>
      </w:pPr>
      <w:r>
        <w:t>Lock the trigger whenever you stop spraying.</w:t>
      </w:r>
    </w:p>
    <w:p>
      <w:pPr>
        <w:pStyle w:val="ListBullet"/>
      </w:pPr>
      <w:r>
        <w:t>Relieve pressure before changing or cleaning a tip.</w:t>
      </w:r>
    </w:p>
    <w:p>
      <w:pPr>
        <w:pStyle w:val="ListBullet"/>
      </w:pPr>
      <w:r>
        <w:t>Never wipe the tip or block it with a hand or a rag.</w:t>
      </w:r>
    </w:p>
    <w:p>
      <w:pPr>
        <w:pStyle w:val="ListBullet"/>
      </w:pPr>
      <w:r>
        <w:t>Any injection injury goes straight to a hospital, and you tell them it was paint under pressure.</w:t>
      </w:r>
    </w:p>
    <w:p>
      <w:r>
        <w:rPr>
          <w:b/>
        </w:rPr>
        <w:t>Ask the crew</w:t>
      </w:r>
    </w:p>
    <w:p>
      <w:pPr>
        <w:pStyle w:val="ListNumber"/>
      </w:pPr>
      <w:r>
        <w:t>Where is the trigger lock on each of our guns?</w:t>
      </w:r>
    </w:p>
    <w:p>
      <w:pPr>
        <w:pStyle w:val="ListNumber"/>
      </w:pPr>
      <w:r>
        <w:t>What is our pressure relief routine before a tip change?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5. Old paint and lead dust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Sanding, scraping or heat on old paint in an older building can release lead dust that harms adults and especially children.</w:t>
      </w:r>
    </w:p>
    <w:p>
      <w:r>
        <w:rPr>
          <w:b/>
        </w:rPr>
        <w:t>Key points</w:t>
      </w:r>
    </w:p>
    <w:p>
      <w:pPr>
        <w:pStyle w:val="ListBullet"/>
      </w:pPr>
      <w:r>
        <w:t>Find out before work starts whether lead safe work practices apply to this job.</w:t>
      </w:r>
    </w:p>
    <w:p>
      <w:pPr>
        <w:pStyle w:val="ListBullet"/>
      </w:pPr>
      <w:r>
        <w:t>Contain the work area and keep occupants, children and pets out.</w:t>
      </w:r>
    </w:p>
    <w:p>
      <w:pPr>
        <w:pStyle w:val="ListBullet"/>
      </w:pPr>
      <w:r>
        <w:t>Do not dry sand or dry scrape old paint without the controls the job requires.</w:t>
      </w:r>
    </w:p>
    <w:p>
      <w:pPr>
        <w:pStyle w:val="ListBullet"/>
      </w:pPr>
      <w:r>
        <w:t>Clean up with methods that capture dust rather than spread it.</w:t>
      </w:r>
    </w:p>
    <w:p>
      <w:pPr>
        <w:pStyle w:val="ListBullet"/>
      </w:pPr>
      <w:r>
        <w:t>Change and wash before eating, drinking or going home.</w:t>
      </w:r>
    </w:p>
    <w:p>
      <w:r>
        <w:rPr>
          <w:b/>
        </w:rPr>
        <w:t>Ask the crew</w:t>
      </w:r>
    </w:p>
    <w:p>
      <w:pPr>
        <w:pStyle w:val="ListNumber"/>
      </w:pPr>
      <w:r>
        <w:t>Has this building been checked for lead paint?</w:t>
      </w:r>
    </w:p>
    <w:p>
      <w:pPr>
        <w:pStyle w:val="ListNumber"/>
      </w:pPr>
      <w:r>
        <w:t>How are we keeping the dust inside the work area?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6. Product labels and safety data sheets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Every product on the truck comes with information about its hazards. It only helps if someone reads it.</w:t>
      </w:r>
    </w:p>
    <w:p>
      <w:r>
        <w:rPr>
          <w:b/>
        </w:rPr>
        <w:t>Key points</w:t>
      </w:r>
    </w:p>
    <w:p>
      <w:pPr>
        <w:pStyle w:val="ListBullet"/>
      </w:pPr>
      <w:r>
        <w:t>Know where the safety data sheets are kept on this job.</w:t>
      </w:r>
    </w:p>
    <w:p>
      <w:pPr>
        <w:pStyle w:val="ListBullet"/>
      </w:pPr>
      <w:r>
        <w:t>Read the label before you mix, thin or spray a product you have not used before.</w:t>
      </w:r>
    </w:p>
    <w:p>
      <w:pPr>
        <w:pStyle w:val="ListBullet"/>
      </w:pPr>
      <w:r>
        <w:t>Keep products in labeled containers. Never in an unmarked bucket or a drink bottle.</w:t>
      </w:r>
    </w:p>
    <w:p>
      <w:pPr>
        <w:pStyle w:val="ListBullet"/>
      </w:pPr>
      <w:r>
        <w:t>Clean up spills right away using the method on the safety data sheet.</w:t>
      </w:r>
    </w:p>
    <w:p>
      <w:pPr>
        <w:pStyle w:val="ListBullet"/>
      </w:pPr>
      <w:r>
        <w:t>Report any skin, eye or breathing reaction to the foreman.</w:t>
      </w:r>
    </w:p>
    <w:p>
      <w:r>
        <w:rPr>
          <w:b/>
        </w:rPr>
        <w:t>Ask the crew</w:t>
      </w:r>
    </w:p>
    <w:p>
      <w:pPr>
        <w:pStyle w:val="ListNumber"/>
      </w:pPr>
      <w:r>
        <w:t>Where are the safety data sheets for today?</w:t>
      </w:r>
    </w:p>
    <w:p>
      <w:pPr>
        <w:pStyle w:val="ListNumber"/>
      </w:pPr>
      <w:r>
        <w:t>Which product on site has the strictest handling notes?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7. Oily rags and fire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Rags soaked in oil based stain or finish can heat up and catch fire on their own, hours after the work is done.</w:t>
      </w:r>
    </w:p>
    <w:p>
      <w:r>
        <w:rPr>
          <w:b/>
        </w:rPr>
        <w:t>Key points</w:t>
      </w:r>
    </w:p>
    <w:p>
      <w:pPr>
        <w:pStyle w:val="ListBullet"/>
      </w:pPr>
      <w:r>
        <w:t>Never leave oily rags in a pile, a bag or a closed vehicle.</w:t>
      </w:r>
    </w:p>
    <w:p>
      <w:pPr>
        <w:pStyle w:val="ListBullet"/>
      </w:pPr>
      <w:r>
        <w:t>Lay rags flat to dry outdoors, away from buildings, or store them in a closed metal container with water.</w:t>
      </w:r>
    </w:p>
    <w:p>
      <w:pPr>
        <w:pStyle w:val="ListBullet"/>
      </w:pPr>
      <w:r>
        <w:t>Keep solvent and ignition sources apart, and do not smoke near the work.</w:t>
      </w:r>
    </w:p>
    <w:p>
      <w:pPr>
        <w:pStyle w:val="ListBullet"/>
      </w:pPr>
      <w:r>
        <w:t>Know where the nearest fire extinguisher is.</w:t>
      </w:r>
    </w:p>
    <w:p>
      <w:pPr>
        <w:pStyle w:val="ListBullet"/>
      </w:pPr>
      <w:r>
        <w:t>Dispose of rags and leftovers the way local rules require.</w:t>
      </w:r>
    </w:p>
    <w:p>
      <w:r>
        <w:rPr>
          <w:b/>
        </w:rPr>
        <w:t>Ask the crew</w:t>
      </w:r>
    </w:p>
    <w:p>
      <w:pPr>
        <w:pStyle w:val="ListNumber"/>
      </w:pPr>
      <w:r>
        <w:t>Where are we putting rags at the end of today?</w:t>
      </w:r>
    </w:p>
    <w:p>
      <w:pPr>
        <w:pStyle w:val="ListNumber"/>
      </w:pPr>
      <w:r>
        <w:t>Who checks the truck before it is locked up?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8. Heat on exterior jobs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Heat illness can come on fast and is easy to mistake for tiredness. The person affected is often the last to notice.</w:t>
      </w:r>
    </w:p>
    <w:p>
      <w:r>
        <w:rPr>
          <w:b/>
        </w:rPr>
        <w:t>Key points</w:t>
      </w:r>
    </w:p>
    <w:p>
      <w:pPr>
        <w:pStyle w:val="ListBullet"/>
      </w:pPr>
      <w:r>
        <w:t>Drink water regularly, before you feel thirsty.</w:t>
      </w:r>
    </w:p>
    <w:p>
      <w:pPr>
        <w:pStyle w:val="ListBullet"/>
      </w:pPr>
      <w:r>
        <w:t>Plan the hardest work for the cooler part of the day.</w:t>
      </w:r>
    </w:p>
    <w:p>
      <w:pPr>
        <w:pStyle w:val="ListBullet"/>
      </w:pPr>
      <w:r>
        <w:t>Take rest breaks in the shade.</w:t>
      </w:r>
    </w:p>
    <w:p>
      <w:pPr>
        <w:pStyle w:val="ListBullet"/>
      </w:pPr>
      <w:r>
        <w:t>Watch each other for confusion, cramps, nausea or someone who stops sweating.</w:t>
      </w:r>
    </w:p>
    <w:p>
      <w:pPr>
        <w:pStyle w:val="ListBullet"/>
      </w:pPr>
      <w:r>
        <w:t>Anyone showing signs of heat illness stops work and cools down, and serious signs mean calling for help.</w:t>
      </w:r>
    </w:p>
    <w:p>
      <w:r>
        <w:rPr>
          <w:b/>
        </w:rPr>
        <w:t>Ask the crew</w:t>
      </w:r>
    </w:p>
    <w:p>
      <w:pPr>
        <w:pStyle w:val="ListNumber"/>
      </w:pPr>
      <w:r>
        <w:t>Where is the shade and water on this site?</w:t>
      </w:r>
    </w:p>
    <w:p>
      <w:pPr>
        <w:pStyle w:val="ListNumber"/>
      </w:pPr>
      <w:r>
        <w:t>Who is new to working in this heat?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9. Slips, trips and drop cloths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Hoses, cords, drop cloths and plastic sheeting turn a normal floor into a trip hazard, for the crew and for occupants.</w:t>
      </w:r>
    </w:p>
    <w:p>
      <w:r>
        <w:rPr>
          <w:b/>
        </w:rPr>
        <w:t>Key points</w:t>
      </w:r>
    </w:p>
    <w:p>
      <w:pPr>
        <w:pStyle w:val="ListBullet"/>
      </w:pPr>
      <w:r>
        <w:t>Tape down or route cords and hoses along walls, not across walkways.</w:t>
      </w:r>
    </w:p>
    <w:p>
      <w:pPr>
        <w:pStyle w:val="ListBullet"/>
      </w:pPr>
      <w:r>
        <w:t>Use drop cloths that stay put. Plastic is slippery, especially on stairs.</w:t>
      </w:r>
    </w:p>
    <w:p>
      <w:pPr>
        <w:pStyle w:val="ListBullet"/>
      </w:pPr>
      <w:r>
        <w:t>Keep stairways and exits clear at all times.</w:t>
      </w:r>
    </w:p>
    <w:p>
      <w:pPr>
        <w:pStyle w:val="ListBullet"/>
      </w:pPr>
      <w:r>
        <w:t>Clean up spills before someone walks through them.</w:t>
      </w:r>
    </w:p>
    <w:p>
      <w:pPr>
        <w:pStyle w:val="ListBullet"/>
      </w:pPr>
      <w:r>
        <w:t>Store tools and buckets out of walkways when not in use.</w:t>
      </w:r>
    </w:p>
    <w:p>
      <w:r>
        <w:rPr>
          <w:b/>
        </w:rPr>
        <w:t>Ask the crew</w:t>
      </w:r>
    </w:p>
    <w:p>
      <w:pPr>
        <w:pStyle w:val="ListNumber"/>
      </w:pPr>
      <w:r>
        <w:t>Which walkway on this job do occupants still use?</w:t>
      </w:r>
    </w:p>
    <w:p>
      <w:pPr>
        <w:pStyle w:val="ListNumber"/>
      </w:pPr>
      <w:r>
        <w:t>Where are we routing the hose today?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10. Electricity: outlets, fixtures and power lines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Painting puts people next to outlets, switches, fixtures and overhead lines, often with metal tools and wet hands.</w:t>
      </w:r>
    </w:p>
    <w:p>
      <w:r>
        <w:rPr>
          <w:b/>
        </w:rPr>
        <w:t>Key points</w:t>
      </w:r>
    </w:p>
    <w:p>
      <w:pPr>
        <w:pStyle w:val="ListBullet"/>
      </w:pPr>
      <w:r>
        <w:t>Check cords and tools for damage before use, and take damaged ones out of service.</w:t>
      </w:r>
    </w:p>
    <w:p>
      <w:pPr>
        <w:pStyle w:val="ListBullet"/>
      </w:pPr>
      <w:r>
        <w:t>Know where the circuits are, and do not remove covers from live devices.</w:t>
      </w:r>
    </w:p>
    <w:p>
      <w:pPr>
        <w:pStyle w:val="ListBullet"/>
      </w:pPr>
      <w:r>
        <w:t>Keep ladders, poles and lifts well away from overhead power lines.</w:t>
      </w:r>
    </w:p>
    <w:p>
      <w:pPr>
        <w:pStyle w:val="ListBullet"/>
      </w:pPr>
      <w:r>
        <w:t>Use ground fault protection where the job calls for it.</w:t>
      </w:r>
    </w:p>
    <w:p>
      <w:pPr>
        <w:pStyle w:val="ListBullet"/>
      </w:pPr>
      <w:r>
        <w:t>Keep water and wet rags away from electrical equipment.</w:t>
      </w:r>
    </w:p>
    <w:p>
      <w:r>
        <w:rPr>
          <w:b/>
        </w:rPr>
        <w:t>Ask the crew</w:t>
      </w:r>
    </w:p>
    <w:p>
      <w:pPr>
        <w:pStyle w:val="ListNumber"/>
      </w:pPr>
      <w:r>
        <w:t>Are there overhead lines near the exterior work?</w:t>
      </w:r>
    </w:p>
    <w:p>
      <w:pPr>
        <w:pStyle w:val="ListNumber"/>
      </w:pPr>
      <w:r>
        <w:t>Which outlets on this job are we covering, and how?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11. Eyes and skin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Paint, solvent and dust in the eyes or on the skin cause most of the small injuries that cost a day of work.</w:t>
      </w:r>
    </w:p>
    <w:p>
      <w:r>
        <w:rPr>
          <w:b/>
        </w:rPr>
        <w:t>Key points</w:t>
      </w:r>
    </w:p>
    <w:p>
      <w:pPr>
        <w:pStyle w:val="ListBullet"/>
      </w:pPr>
      <w:r>
        <w:t>Wear safety glasses for sanding, scraping, overhead work and mixing.</w:t>
      </w:r>
    </w:p>
    <w:p>
      <w:pPr>
        <w:pStyle w:val="ListBullet"/>
      </w:pPr>
      <w:r>
        <w:t>Wear goggles for spraying and for any product the safety data sheet flags.</w:t>
      </w:r>
    </w:p>
    <w:p>
      <w:pPr>
        <w:pStyle w:val="ListBullet"/>
      </w:pPr>
      <w:r>
        <w:t>Wear gloves suited to the product.</w:t>
      </w:r>
    </w:p>
    <w:p>
      <w:pPr>
        <w:pStyle w:val="ListBullet"/>
      </w:pPr>
      <w:r>
        <w:t>Know where clean water is for flushing eyes.</w:t>
      </w:r>
    </w:p>
    <w:p>
      <w:pPr>
        <w:pStyle w:val="ListBullet"/>
      </w:pPr>
      <w:r>
        <w:t>Wash hands before eating, drinking or smoking.</w:t>
      </w:r>
    </w:p>
    <w:p>
      <w:r>
        <w:rPr>
          <w:b/>
        </w:rPr>
        <w:t>Ask the crew</w:t>
      </w:r>
    </w:p>
    <w:p>
      <w:pPr>
        <w:pStyle w:val="ListNumber"/>
      </w:pPr>
      <w:r>
        <w:t>Who needs new glasses or gloves?</w:t>
      </w:r>
    </w:p>
    <w:p>
      <w:pPr>
        <w:pStyle w:val="ListNumber"/>
      </w:pPr>
      <w:r>
        <w:t>Where is the eyewash or clean water on this site?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Talk 12. Working in occupied buildings</w:t>
      </w:r>
    </w:p>
    <w:p>
      <w:r>
        <w:t>Date: ____________   Job: ______________________   Led by: __________________</w:t>
      </w:r>
    </w:p>
    <w:p>
      <w:r>
        <w:rPr>
          <w:b/>
        </w:rPr>
        <w:t xml:space="preserve">Why it matters. </w:t>
      </w:r>
      <w:r>
        <w:t>Offices, schools, hospitals and homes stay in use while the crew works, and occupants do not know where the hazards are.</w:t>
      </w:r>
    </w:p>
    <w:p>
      <w:r>
        <w:rPr>
          <w:b/>
        </w:rPr>
        <w:t>Key points</w:t>
      </w:r>
    </w:p>
    <w:p>
      <w:pPr>
        <w:pStyle w:val="ListBullet"/>
      </w:pPr>
      <w:r>
        <w:t>Agree the work areas and hours with the site contact before starting.</w:t>
      </w:r>
    </w:p>
    <w:p>
      <w:pPr>
        <w:pStyle w:val="ListBullet"/>
      </w:pPr>
      <w:r>
        <w:t>Mark off the area and keep it clear of occupants.</w:t>
      </w:r>
    </w:p>
    <w:p>
      <w:pPr>
        <w:pStyle w:val="ListBullet"/>
      </w:pPr>
      <w:r>
        <w:t>Keep products, ladders and tools secured whenever the crew steps away.</w:t>
      </w:r>
    </w:p>
    <w:p>
      <w:pPr>
        <w:pStyle w:val="ListBullet"/>
      </w:pPr>
      <w:r>
        <w:t>Ventilate, and follow any site rules about odor and products.</w:t>
      </w:r>
    </w:p>
    <w:p>
      <w:pPr>
        <w:pStyle w:val="ListBullet"/>
      </w:pPr>
      <w:r>
        <w:t>Leave exits, corridors and fire equipment clear and unobstructed.</w:t>
      </w:r>
    </w:p>
    <w:p>
      <w:r>
        <w:rPr>
          <w:b/>
        </w:rPr>
        <w:t>Ask the crew</w:t>
      </w:r>
    </w:p>
    <w:p>
      <w:pPr>
        <w:pStyle w:val="ListNumber"/>
      </w:pPr>
      <w:r>
        <w:t>Who is our site contact today?</w:t>
      </w:r>
    </w:p>
    <w:p>
      <w:pPr>
        <w:pStyle w:val="ListNumber"/>
      </w:pPr>
      <w:r>
        <w:t>Which areas must stay open while we work?</w:t>
      </w:r>
    </w:p>
    <w:p>
      <w:r>
        <w:rPr>
          <w:b/>
        </w:rPr>
        <w:t>Notes and actions agreed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Toolbox talk sign in sheet</w:t>
      </w:r>
    </w:p>
    <w:p>
      <w:r>
        <w:t>Talk: ______________________   Date: ____________   Job: ______________________   Led by: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Signature</w:t>
            </w:r>
          </w:p>
        </w:tc>
        <w:tc>
          <w:tcPr>
            <w:tcW w:type="dxa" w:w="2880"/>
          </w:tcPr>
          <w:p>
            <w:r>
              <w:t>Company or crew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rPr>
          <w:i/>
        </w:rPr>
        <w:t>PaintPricing.com free template. Edit freely for your own crew. Not a substitute for the requirements that apply to your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