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3A5F"/>
        </w:rPr>
        <w:t>Painting Work Order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Job number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Property address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Customer name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Site contact phone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Access arrangement (key, lockbox, who meets the crew)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Parking and unloading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Occupancy (people home, pets, children, night shift)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Crew lead</w:t>
            </w:r>
          </w:p>
        </w:tc>
        <w:tc>
          <w:tcPr>
            <w:tcW w:type="dxa" w:w="2160"/>
          </w:tcPr>
          <w:p/>
        </w:tc>
      </w:tr>
    </w:tbl>
    <w:p>
      <w:pPr>
        <w:pStyle w:val="Heading1"/>
      </w:pPr>
      <w:r>
        <w:t>Tasks, in order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Sequence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Area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Product and sheen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Expected time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Done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t>Expected times are planning figures, not targets. Tell the office when one is wrong.</w:t>
      </w:r>
    </w:p>
    <w:p>
      <w:pPr>
        <w:pStyle w:val="Heading1"/>
      </w:pPr>
      <w:r>
        <w:t>Materials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Product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Color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Sheen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Quantity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Where it is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1"/>
      </w:pPr>
      <w:r>
        <w:t>Watch out</w:t>
      </w:r>
    </w:p>
    <w:p>
      <w:r>
        <w:t>Surfaces in poor condition, and where: ______________________________</w:t>
      </w:r>
    </w:p>
    <w:p>
      <w:r>
        <w:t>Anything fragile, expensive or awkward in the work area: ______________________________</w:t>
      </w:r>
    </w:p>
    <w:p>
      <w:r>
        <w:t>Known substrate problems (old gloss, damp patches, failed filler): ______________________________</w:t>
      </w:r>
    </w:p>
    <w:p>
      <w:r>
        <w:t>Anything the customer was particular about: ______________________________</w:t>
      </w:r>
    </w:p>
    <w:p>
      <w:pPr>
        <w:pStyle w:val="Heading1"/>
      </w:pPr>
      <w:r>
        <w:t>End of day</w:t>
      </w:r>
    </w:p>
    <w:p>
      <w:r>
        <w:t>What was finished, against the task list: ______________________________</w:t>
      </w:r>
    </w:p>
    <w:p>
      <w:r>
        <w:t>What is wet or curing, and must not be touched: ______________________________</w:t>
      </w:r>
    </w:p>
    <w:p>
      <w:r>
        <w:t>Material used, and anything now short: ______________________________</w:t>
      </w:r>
    </w:p>
    <w:p>
      <w:r>
        <w:t>Anything discovered that was not on this sheet: ______________________________</w:t>
      </w:r>
    </w:p>
    <w:p>
      <w:r>
        <w:t>Anything the customer said during the day: ______________________________</w:t>
      </w:r>
    </w:p>
    <w:p>
      <w:r>
        <w:t>Completed by: ____________________   Date: ____________</w:t>
      </w:r>
    </w:p>
    <w:p>
      <w:r>
        <w:rPr>
          <w:i/>
        </w:rPr>
        <w:t>PaintPricing.com free template. Edit freely for your own jobs.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